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גלובליזציה – כפר עולמי · חט״ב – חנ״מ · חוברת תלמיד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🕵️ מי צבע את הנהר?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התיק: מי צבע את הנהר בכחול?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בנהר ליד הכפר המים נצבעו בכחול 💙. הגשם יורד שקוף 💧. דגים לא מייצרים צבע 🐟. במעלה הנהר נפתח מפעל חדש 🏭. המפעל צובע בדים לג׳ינס 👖. הצבע זורם לנהר בלי סינון. מי צבע את הנהר?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🌧️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הגשם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יורד מהעננים.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 הצביעה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צובע בדים.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הדגים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חיים בנהר.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באיזה צבע יורד הגשם?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כחול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שקוף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אדום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כתוב על הדגים?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דגים לא מייצרים צבע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דגים אוכלים צבע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דגים צובעים 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🔐 מילים של סחר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סחר זה קנייה ומכירה בין מדינות 🌍. יבוא – קונים מבחוץ 📥. יצוא – מוכרים החוצה 📤. ישראל מוכרת לעולם פירות וטכנולוגיה 🍊. ישראל קונה מכוניות ודלק 🚗. כך המדינות מחוברות זו לזו.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‏15‏ ‏- 8‏ ‏- 20‏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קנייה ומכירה בין מדינות 🌍.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י ו א 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קונים ממדינה אחרת 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‏10‏ ‏- 18‏ ‏- 6‏ ‏- 1‏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מוכרים למדינה אחרת 📤.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🗺️ מסע המכולה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מכולה יוצאת מאסיה לישראל 📦. עברו את התחנות וקבלו אותיות.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🏭 מפעל באסיה – איך שולחים הרבה סחורה רחוק וזול?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באונייה 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באופניים 🚲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במסוק 🚁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🌊 מצר מלאכה – מה זה מצר?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 גבוה ⛰️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מעבר ים צר 🌊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עיר גדולה 🏙️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⚓ נמל חיפה – מה עושים בנמל?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מגדלים כותנה 🌱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טסים לחו״ל ✈️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פורקים מכולות 📦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קסם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🧩 מסדרים וממיינים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ומיינו בקצב שלכם 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סדרו את הדרך של החולצה.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מכירה בחנות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כותנה בשדה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🚢 הפלגה בים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 תפירה במפעל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מיינו: יתרון או חיסרון?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יתרון 👍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חיסרון 👎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🗑️ הרבה פסולת בגדים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👷 עבודה לאנשים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זיהום בים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💲 מחירים נמוכים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🍜 אוכל מכל העולם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🌱 כותנה בשדה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🏭 תפירה במפעל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🚢 הפלגה 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🛍️ מכירה בחנות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💲 מחירים נמוכים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🌊 זיהום 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👷 עבודה לאנשים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🗑️ הרבה פסולת בגדים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🍜 אוכל מכל העולם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🔮 רון קונה נעליים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רון רוצה נעלי ספורט 👟. בחנות בעיר: 300 ₪. באתר בחו״ל: 150 ₪ ועוד משלוח.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רון יבדוק קודם?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את צבע הקופסה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את מחיר המשלוח וזמן ההגעה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את השם של המוכר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רון הזמין. החבילה טסה במטוס ✈️.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זה עושה לסביבה?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מוסיף זיהום אוויר 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 משנה כלום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מנקה את האוויר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הנעליים הישנות של רון עוד טובות 👟.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הוא יעשה בהן?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יזרוק לפח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ישאיר במחסן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ייתן למי שצריך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🎯 יוצא דופן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🍕 פיצה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🍣 סושי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🌮 טאקו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📱 טלפון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לא מאכל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בצבע אדום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עשוי מבצק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🌊 תעלת סואץ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🌊 תעלת פנמה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🌊 מצר מלאכה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🏔️ הר אוורסט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באמריקה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אוניות לא עוברות בו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קטן מאוד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♻️ מחזור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👕 יד שנייה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🔧 תיקון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🛒 קנייה חדשה כל שבוע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עולה כסף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היא קורית בחנות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מוסיפה פסולת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הנמל נסגר בגלל סערה. מה יקרה בחנויות?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יחסרו מוצרים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יהיו יותר מוצרים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שום דבר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שולחים סחורה כבדה באונייה?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אונייה מהירה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זה זול 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אין מטוסים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עוזר להקטין פסולת של בגדים?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לקנות כל 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לזרוק 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להחליף בגדים עם חברים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מהו היתרון של הכפר העולמי?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פחות חברים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קשר עם אנשים רחוקים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פחות מידע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 עוברת מאונייה למשאית בקלות.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חלקי הטלפון נוצרו במקום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מטוס מהיר יותר מאונייה.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אופנה מהירה מקטינה את הפסולת.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בעזרת הרשת מדברים עם כל העולם.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לגלובליזציה יש רק יתרונות.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מחסן: היום · לכן · אבל · וגם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בעבר פרקו סחורה ביד. (1)________ יש מכולות. (2)________ הפריקה מהירה. (3)________ יש יותר זיהום.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ביקרנו ב-הנמל. ראינו שלושה מכולות. האונייה הענקי יצאה לדרך.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גלובליזציה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כפר עולמי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⛓️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שרשרת אספקה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מכולה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נמל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אופנה מהירה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העולם מחובר ותלוי זה בזה.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המרחקים בעולם נעשים קטנים.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הדרך של מוצר מהשדה עד אליי.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ארגז מתכת אחיד להובלה.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מקום בחוף לאוניות ולסחורה.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בגדים זולים שמתחלפים מהר.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🌍 גלובליזציה – כפר עולמי · חט״ב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